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거 래 명 세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거래일</w:t>
            </w:r>
          </w:p>
        </w:tc>
        <w:tc>
          <w:tcPr>
            <w:tcW w:type="dxa" w:w="2436"/>
          </w:tcPr>
          <w:p>
            <w:r>
              <w:t xml:space="preserve">    년    월    일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공급자 상호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공급받는 자 상호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사업자등록번호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사업자등록번호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대표자</w:t>
            </w:r>
          </w:p>
        </w:tc>
        <w:tc>
          <w:tcPr>
            <w:tcW w:type="dxa" w:w="2436"/>
          </w:tcPr>
          <w:p>
            <w:r>
              <w:t>(인)</w:t>
            </w:r>
          </w:p>
        </w:tc>
        <w:tc>
          <w:tcPr>
            <w:tcW w:type="dxa" w:w="2436"/>
          </w:tcPr>
          <w:p>
            <w:r>
              <w:t>대표자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t>주소</w:t>
            </w:r>
          </w:p>
        </w:tc>
        <w:tc>
          <w:tcPr>
            <w:tcW w:type="dxa" w:w="243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월/일</w:t>
            </w:r>
          </w:p>
        </w:tc>
        <w:tc>
          <w:tcPr>
            <w:tcW w:type="dxa" w:w="1624"/>
          </w:tcPr>
          <w:p>
            <w:r>
              <w:t>품목·규격</w:t>
            </w:r>
          </w:p>
        </w:tc>
        <w:tc>
          <w:tcPr>
            <w:tcW w:type="dxa" w:w="1624"/>
          </w:tcPr>
          <w:p>
            <w:r>
              <w:t>수량</w:t>
            </w:r>
          </w:p>
        </w:tc>
        <w:tc>
          <w:tcPr>
            <w:tcW w:type="dxa" w:w="1624"/>
          </w:tcPr>
          <w:p>
            <w:r>
              <w:t>단가</w:t>
            </w:r>
          </w:p>
        </w:tc>
        <w:tc>
          <w:tcPr>
            <w:tcW w:type="dxa" w:w="1624"/>
          </w:tcPr>
          <w:p>
            <w:r>
              <w:t>공급가액</w:t>
            </w:r>
          </w:p>
        </w:tc>
        <w:tc>
          <w:tcPr>
            <w:tcW w:type="dxa" w:w="1624"/>
          </w:tcPr>
          <w:p>
            <w:r>
              <w:t>세액</w:t>
            </w:r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  <w:tr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>
              <w:t>합계</w:t>
            </w:r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  <w:tc>
          <w:tcPr>
            <w:tcW w:type="dxa" w:w="1624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t>합계 금액</w:t>
            </w:r>
          </w:p>
        </w:tc>
        <w:tc>
          <w:tcPr>
            <w:tcW w:type="dxa" w:w="7030"/>
          </w:tcPr>
          <w:p>
            <w:r>
              <w:t>금                원정 (₩            )</w:t>
            </w:r>
          </w:p>
        </w:tc>
      </w:tr>
      <w:tr>
        <w:tc>
          <w:tcPr>
            <w:tcW w:type="dxa" w:w="2381"/>
          </w:tcPr>
          <w:p>
            <w:r>
              <w:t>인수자</w:t>
            </w:r>
          </w:p>
        </w:tc>
        <w:tc>
          <w:tcPr>
            <w:tcW w:type="dxa" w:w="7030"/>
          </w:tcPr>
          <w:p>
            <w:r>
              <w:t xml:space="preserve">                (서명)</w:t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