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이 력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성명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t>생년월일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연락처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t>이메일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</w:tbl>
    <w:p/>
    <w:p>
      <w:pPr>
        <w:spacing w:after="120"/>
      </w:pPr>
      <w:r>
        <w:t>■ 학력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기간</w:t>
            </w:r>
          </w:p>
        </w:tc>
        <w:tc>
          <w:tcPr>
            <w:tcW w:type="dxa" w:w="2436"/>
          </w:tcPr>
          <w:p>
            <w:r>
              <w:t>학교명</w:t>
            </w:r>
          </w:p>
        </w:tc>
        <w:tc>
          <w:tcPr>
            <w:tcW w:type="dxa" w:w="2436"/>
          </w:tcPr>
          <w:p>
            <w:r>
              <w:t>전공</w:t>
            </w:r>
          </w:p>
        </w:tc>
        <w:tc>
          <w:tcPr>
            <w:tcW w:type="dxa" w:w="2436"/>
          </w:tcPr>
          <w:p>
            <w:r>
              <w:t>졸업 구분</w:t>
            </w:r>
          </w:p>
        </w:tc>
      </w:tr>
      <w:tr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</w:tbl>
    <w:p/>
    <w:p>
      <w:pPr>
        <w:spacing w:after="120"/>
      </w:pPr>
      <w:r>
        <w:t>■ 경력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기간</w:t>
            </w:r>
          </w:p>
        </w:tc>
        <w:tc>
          <w:tcPr>
            <w:tcW w:type="dxa" w:w="2436"/>
          </w:tcPr>
          <w:p>
            <w:r>
              <w:t>회사명</w:t>
            </w:r>
          </w:p>
        </w:tc>
        <w:tc>
          <w:tcPr>
            <w:tcW w:type="dxa" w:w="2436"/>
          </w:tcPr>
          <w:p>
            <w:r>
              <w:t>직위·담당 업무</w:t>
            </w:r>
          </w:p>
        </w:tc>
        <w:tc>
          <w:tcPr>
            <w:tcW w:type="dxa" w:w="2436"/>
          </w:tcPr>
          <w:p>
            <w:r>
              <w:t>퇴사 사유</w:t>
            </w:r>
          </w:p>
        </w:tc>
      </w:tr>
      <w:tr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</w:tbl>
    <w:p/>
    <w:p>
      <w:pPr>
        <w:spacing w:after="120"/>
      </w:pPr>
      <w:r>
        <w:t>■ 자격증·어학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취득일</w:t>
            </w:r>
          </w:p>
        </w:tc>
        <w:tc>
          <w:tcPr>
            <w:tcW w:type="dxa" w:w="2436"/>
          </w:tcPr>
          <w:p>
            <w:r>
              <w:t>자격증·시험명</w:t>
            </w:r>
          </w:p>
        </w:tc>
        <w:tc>
          <w:tcPr>
            <w:tcW w:type="dxa" w:w="2436"/>
          </w:tcPr>
          <w:p>
            <w:r>
              <w:t>발행처</w:t>
            </w:r>
          </w:p>
        </w:tc>
        <w:tc>
          <w:tcPr>
            <w:tcW w:type="dxa" w:w="2436"/>
          </w:tcPr>
          <w:p>
            <w:r>
              <w:t>점수·등급</w:t>
            </w:r>
          </w:p>
        </w:tc>
      </w:tr>
      <w:tr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</w:tbl>
    <w:p/>
    <w:p>
      <w:pPr>
        <w:spacing w:after="120"/>
      </w:pPr>
      <w:r>
        <w:t>위의 기재 사항은 사실과 다름이 없습니다.</w:t>
      </w:r>
    </w:p>
    <w:p>
      <w:pPr>
        <w:jc w:val="right"/>
      </w:pPr>
      <w:r>
        <w:t xml:space="preserve">        년        월        일</w:t>
      </w:r>
    </w:p>
    <w:p>
      <w:pPr>
        <w:jc w:val="right"/>
      </w:pPr>
      <w:r>
        <w:t>작성자:                 (서명)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