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사 직 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소속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rPr>
                <w:b/>
              </w:rPr>
              <w:t>직위</w:t>
            </w:r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rPr>
                <w:b/>
              </w:rPr>
              <w:t>성명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rPr>
                <w:b/>
              </w:rPr>
              <w:t>입사일</w:t>
            </w:r>
          </w:p>
        </w:tc>
        <w:tc>
          <w:tcPr>
            <w:tcW w:type="dxa" w:w="2436"/>
          </w:tcPr>
          <w:p>
            <w:r>
              <w:t xml:space="preserve">    년    월    일</w:t>
            </w:r>
          </w:p>
        </w:tc>
      </w:tr>
      <w:tr>
        <w:tc>
          <w:tcPr>
            <w:tcW w:type="dxa" w:w="2436"/>
          </w:tcPr>
          <w:p>
            <w:r>
              <w:rPr>
                <w:b/>
              </w:rPr>
              <w:t>퇴사 예정일</w:t>
            </w:r>
          </w:p>
        </w:tc>
        <w:tc>
          <w:tcPr>
            <w:tcW w:type="dxa" w:w="2436"/>
          </w:tcPr>
          <w:p>
            <w:r>
              <w:t xml:space="preserve">    년    월    일</w:t>
            </w:r>
          </w:p>
        </w:tc>
        <w:tc>
          <w:tcPr>
            <w:tcW w:type="dxa" w:w="2436"/>
          </w:tcPr>
          <w:p>
            <w:r>
              <w:rPr>
                <w:b/>
              </w:rPr>
              <w:t>연락처</w:t>
            </w:r>
          </w:p>
        </w:tc>
        <w:tc>
          <w:tcPr>
            <w:tcW w:type="dxa" w:w="2436"/>
          </w:tcPr>
          <w:p>
            <w:r/>
          </w:p>
        </w:tc>
      </w:tr>
    </w:tbl>
    <w:p/>
    <w:p>
      <w:pPr>
        <w:spacing w:after="120"/>
      </w:pPr>
      <w:r>
        <w:t>사직 사유:</w:t>
      </w:r>
    </w:p>
    <w:p>
      <w:pPr>
        <w:spacing w:after="120"/>
      </w:pPr>
      <w:r>
        <w:br/>
        <w:br/>
      </w:r>
    </w:p>
    <w:p>
      <w:pPr>
        <w:spacing w:after="120"/>
      </w:pPr>
      <w:r>
        <w:t>위와 같은 사유로 사직하고자 하오니 허락하여 주시기 바랍니다.</w:t>
      </w:r>
    </w:p>
    <w:p>
      <w:pPr>
        <w:jc w:val="right"/>
      </w:pPr>
      <w:r>
        <w:t xml:space="preserve">        년        월        일</w:t>
      </w:r>
    </w:p>
    <w:p>
      <w:pPr>
        <w:jc w:val="right"/>
      </w:pPr>
      <w:r>
        <w:t>제출자:                 (서명 또는 인)</w:t>
      </w:r>
    </w:p>
    <w:p>
      <w:pPr>
        <w:spacing w:after="120"/>
      </w:pPr>
      <w:r>
        <w:t>○○○ 대표이사 귀하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