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영 수 증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381"/>
        <w:gridCol w:w="7030"/>
      </w:tblGrid>
      <w:tr>
        <w:tc>
          <w:tcPr>
            <w:tcW w:type="dxa" w:w="2381"/>
          </w:tcPr>
          <w:p>
            <w:r>
              <w:rPr>
                <w:b/>
              </w:rPr>
              <w:t>받은 금액</w:t>
            </w:r>
          </w:p>
        </w:tc>
        <w:tc>
          <w:tcPr>
            <w:tcW w:type="dxa" w:w="7030"/>
          </w:tcPr>
          <w:p>
            <w:r>
              <w:t>금                원정 (₩            )</w:t>
            </w:r>
          </w:p>
        </w:tc>
      </w:tr>
      <w:tr>
        <w:tc>
          <w:tcPr>
            <w:tcW w:type="dxa" w:w="2381"/>
          </w:tcPr>
          <w:p>
            <w:r>
              <w:rPr>
                <w:b/>
              </w:rPr>
              <w:t>받은 날</w:t>
            </w:r>
          </w:p>
        </w:tc>
        <w:tc>
          <w:tcPr>
            <w:tcW w:type="dxa" w:w="7030"/>
          </w:tcPr>
          <w:p>
            <w:r>
              <w:t xml:space="preserve">        년    월    일</w:t>
            </w:r>
          </w:p>
        </w:tc>
      </w:tr>
      <w:tr>
        <w:tc>
          <w:tcPr>
            <w:tcW w:type="dxa" w:w="2381"/>
          </w:tcPr>
          <w:p>
            <w:r>
              <w:rPr>
                <w:b/>
              </w:rPr>
              <w:t>내용</w:t>
            </w:r>
          </w:p>
        </w:tc>
        <w:tc>
          <w:tcPr>
            <w:tcW w:type="dxa" w:w="7030"/>
          </w:tcPr>
          <w:p>
            <w:r/>
          </w:p>
        </w:tc>
      </w:tr>
      <w:tr>
        <w:tc>
          <w:tcPr>
            <w:tcW w:type="dxa" w:w="2381"/>
          </w:tcPr>
          <w:p>
            <w:r>
              <w:rPr>
                <w:b/>
              </w:rPr>
              <w:t>지불한 사람</w:t>
            </w:r>
          </w:p>
        </w:tc>
        <w:tc>
          <w:tcPr>
            <w:tcW w:type="dxa" w:w="7030"/>
          </w:tcPr>
          <w:p>
            <w:r>
              <w:t xml:space="preserve">              귀하</w:t>
            </w:r>
          </w:p>
        </w:tc>
      </w:tr>
    </w:tbl>
    <w:p/>
    <w:p>
      <w:pPr>
        <w:spacing w:after="120"/>
      </w:pPr>
      <w:r>
        <w:t>위 금액을 정히 영수합니다.</w:t>
      </w:r>
    </w:p>
    <w:p>
      <w:pPr>
        <w:jc w:val="right"/>
      </w:pPr>
      <w:r>
        <w:t xml:space="preserve">  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rPr>
                <w:b/>
              </w:rPr>
              <w:t>받은 사람 (상호)</w:t>
            </w:r>
          </w:p>
        </w:tc>
        <w:tc>
          <w:tcPr>
            <w:tcW w:type="dxa" w:w="2436"/>
          </w:tcPr>
          <w:p>
            <w:r/>
          </w:p>
        </w:tc>
        <w:tc>
          <w:tcPr>
            <w:tcW w:type="dxa" w:w="2436"/>
          </w:tcPr>
          <w:p>
            <w:r>
              <w:rPr>
                <w:b/>
              </w:rPr>
              <w:t>사업자등록번호</w:t>
            </w:r>
          </w:p>
        </w:tc>
        <w:tc>
          <w:tcPr>
            <w:tcW w:type="dxa" w:w="2436"/>
          </w:tcPr>
          <w:p>
            <w:r/>
          </w:p>
        </w:tc>
      </w:tr>
      <w:tr>
        <w:tc>
          <w:tcPr>
            <w:tcW w:type="dxa" w:w="2436"/>
          </w:tcPr>
          <w:p>
            <w:r>
              <w:rPr>
                <w:b/>
              </w:rPr>
              <w:t>성명</w:t>
            </w:r>
          </w:p>
        </w:tc>
        <w:tc>
          <w:tcPr>
            <w:tcW w:type="dxa" w:w="2436"/>
          </w:tcPr>
          <w:p>
            <w:r>
              <w:t>(서명 또는 인)</w:t>
            </w:r>
          </w:p>
        </w:tc>
        <w:tc>
          <w:tcPr>
            <w:tcW w:type="dxa" w:w="2436"/>
          </w:tcPr>
          <w:p>
            <w:r>
              <w:rPr>
                <w:b/>
              </w:rPr>
              <w:t>연락처</w:t>
            </w:r>
          </w:p>
        </w:tc>
        <w:tc>
          <w:tcPr>
            <w:tcW w:type="dxa" w:w="2436"/>
          </w:tcPr>
          <w:p>
            <w:r/>
          </w:p>
        </w:tc>
      </w:tr>
    </w:tbl>
    <w:p/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