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견 적 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견적일</w:t>
            </w:r>
          </w:p>
        </w:tc>
        <w:tc>
          <w:tcPr>
            <w:tcW w:type="dxa" w:w="2436"/>
          </w:tcPr>
          <w:p>
            <w:r>
              <w:t xml:space="preserve">    년    월    일</w:t>
            </w:r>
          </w:p>
        </w:tc>
        <w:tc>
          <w:tcPr>
            <w:tcW w:type="dxa" w:w="2436"/>
          </w:tcPr>
          <w:p>
            <w:r>
              <w:t>유효기간</w:t>
            </w:r>
          </w:p>
        </w:tc>
        <w:tc>
          <w:tcPr>
            <w:tcW w:type="dxa" w:w="2436"/>
          </w:tcPr>
          <w:p>
            <w:r>
              <w:t>견적일로부터    일</w:t>
            </w:r>
          </w:p>
        </w:tc>
      </w:tr>
      <w:tr>
        <w:tc>
          <w:tcPr>
            <w:tcW w:type="dxa" w:w="2436"/>
          </w:tcPr>
          <w:p>
            <w:r>
              <w:t>수신</w:t>
            </w:r>
          </w:p>
        </w:tc>
        <w:tc>
          <w:tcPr>
            <w:tcW w:type="dxa" w:w="2436"/>
          </w:tcPr>
          <w:p>
            <w:r>
              <w:t xml:space="preserve">              귀하</w:t>
            </w:r>
          </w:p>
        </w:tc>
        <w:tc>
          <w:tcPr>
            <w:tcW w:type="dxa" w:w="2436"/>
          </w:tcPr>
          <w:p>
            <w:r>
              <w:t>공급자 상호</w:t>
            </w:r>
          </w:p>
        </w:tc>
        <w:tc>
          <w:tcPr>
            <w:tcW w:type="dxa" w:w="2436"/>
          </w:tcPr>
          <w:p>
            <w:r/>
          </w:p>
        </w:tc>
      </w:tr>
      <w:tr>
        <w:tc>
          <w:tcPr>
            <w:tcW w:type="dxa" w:w="2436"/>
          </w:tcPr>
          <w:p>
            <w:r>
              <w:t>사업자등록번호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>
              <w:t>대표자</w:t>
            </w:r>
          </w:p>
        </w:tc>
        <w:tc>
          <w:tcPr>
            <w:tcW w:type="dxa" w:w="2436"/>
          </w:tcPr>
          <w:p>
            <w:r>
              <w:t>(인)</w:t>
            </w:r>
          </w:p>
        </w:tc>
      </w:tr>
      <w:tr>
        <w:tc>
          <w:tcPr>
            <w:tcW w:type="dxa" w:w="2436"/>
          </w:tcPr>
          <w:p>
            <w:r>
              <w:t>주소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>
              <w:t>전화</w:t>
            </w:r>
          </w:p>
        </w:tc>
        <w:tc>
          <w:tcPr>
            <w:tcW w:type="dxa" w:w="2436"/>
          </w:tcPr>
          <w:p>
            <w:r/>
          </w:p>
        </w:tc>
      </w:tr>
    </w:tbl>
    <w:p/>
    <w:p>
      <w:pPr>
        <w:spacing w:after="120"/>
      </w:pPr>
      <w:r>
        <w:t>아래와 같이 견적합니다.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1624"/>
          </w:tcPr>
          <w:p>
            <w:r>
              <w:t>번호</w:t>
            </w:r>
          </w:p>
        </w:tc>
        <w:tc>
          <w:tcPr>
            <w:tcW w:type="dxa" w:w="1624"/>
          </w:tcPr>
          <w:p>
            <w:r>
              <w:t>품목·규격</w:t>
            </w:r>
          </w:p>
        </w:tc>
        <w:tc>
          <w:tcPr>
            <w:tcW w:type="dxa" w:w="1624"/>
          </w:tcPr>
          <w:p>
            <w:r>
              <w:t>수량</w:t>
            </w:r>
          </w:p>
        </w:tc>
        <w:tc>
          <w:tcPr>
            <w:tcW w:type="dxa" w:w="1624"/>
          </w:tcPr>
          <w:p>
            <w:r>
              <w:t>단가</w:t>
            </w:r>
          </w:p>
        </w:tc>
        <w:tc>
          <w:tcPr>
            <w:tcW w:type="dxa" w:w="1624"/>
          </w:tcPr>
          <w:p>
            <w:r>
              <w:t>공급가액</w:t>
            </w:r>
          </w:p>
        </w:tc>
        <w:tc>
          <w:tcPr>
            <w:tcW w:type="dxa" w:w="1624"/>
          </w:tcPr>
          <w:p>
            <w:r>
              <w:t>비고</w:t>
            </w:r>
          </w:p>
        </w:tc>
      </w:tr>
      <w:tr>
        <w:tc>
          <w:tcPr>
            <w:tcW w:type="dxa" w:w="1624"/>
          </w:tcPr>
          <w:p>
            <w:r>
              <w:t>1</w:t>
            </w:r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</w:tr>
      <w:tr>
        <w:tc>
          <w:tcPr>
            <w:tcW w:type="dxa" w:w="1624"/>
          </w:tcPr>
          <w:p>
            <w:r>
              <w:t>2</w:t>
            </w:r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</w:tr>
      <w:tr>
        <w:tc>
          <w:tcPr>
            <w:tcW w:type="dxa" w:w="1624"/>
          </w:tcPr>
          <w:p>
            <w:r>
              <w:t>3</w:t>
            </w:r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</w:tr>
      <w:tr>
        <w:tc>
          <w:tcPr>
            <w:tcW w:type="dxa" w:w="1624"/>
          </w:tcPr>
          <w:p>
            <w:r>
              <w:t>4</w:t>
            </w:r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</w:tr>
      <w:tr>
        <w:tc>
          <w:tcPr>
            <w:tcW w:type="dxa" w:w="1624"/>
          </w:tcPr>
          <w:p>
            <w:r>
              <w:t>5</w:t>
            </w:r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</w:tr>
      <w:tr>
        <w:tc>
          <w:tcPr>
            <w:tcW w:type="dxa" w:w="1624"/>
          </w:tcPr>
          <w:p>
            <w:r>
              <w:t>6</w:t>
            </w:r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</w:tr>
      <w:tr>
        <w:tc>
          <w:tcPr>
            <w:tcW w:type="dxa" w:w="1624"/>
          </w:tcPr>
          <w:p>
            <w:r>
              <w:t>7</w:t>
            </w:r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</w:tr>
      <w:tr>
        <w:tc>
          <w:tcPr>
            <w:tcW w:type="dxa" w:w="1624"/>
          </w:tcPr>
          <w:p>
            <w:r>
              <w:t>8</w:t>
            </w:r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</w:tr>
      <w:tr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>
              <w:t>공급가액 합계</w:t>
            </w:r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</w:tr>
      <w:tr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>
              <w:t>부가세(10%)</w:t>
            </w:r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</w:tr>
      <w:tr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>
              <w:t>총 합계</w:t>
            </w:r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</w:tr>
    </w:tbl>
    <w:p/>
    <w:p>
      <w:pPr>
        <w:spacing w:after="120"/>
      </w:pPr>
      <w:r>
        <w:t>특이사항: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