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위 임 장</w:t>
      </w:r>
    </w:p>
    <w:p>
      <w:pPr>
        <w:spacing w:after="120"/>
      </w:pPr>
      <w:r>
        <w:t>■ 위임받는 사람 (대리인)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성명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생년월일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위임인과의 관계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</w:r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■ 위임 내용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rPr>
                <w:b/>
              </w:rPr>
              <w:t>위임 업무</w:t>
            </w:r>
          </w:p>
        </w:tc>
        <w:tc>
          <w:tcPr>
            <w:tcW w:type="dxa" w:w="7030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제출처</w:t>
            </w:r>
          </w:p>
        </w:tc>
        <w:tc>
          <w:tcPr>
            <w:tcW w:type="dxa" w:w="7030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기간</w:t>
            </w:r>
          </w:p>
        </w:tc>
        <w:tc>
          <w:tcPr>
            <w:tcW w:type="dxa" w:w="7030"/>
          </w:tcPr>
          <w:p>
            <w:r>
              <w:t xml:space="preserve">        년    월    일 ~        년    월    일</w:t>
            </w:r>
          </w:p>
        </w:tc>
      </w:tr>
    </w:tbl>
    <w:p/>
    <w:p>
      <w:pPr>
        <w:spacing w:after="120"/>
      </w:pPr>
      <w:r>
        <w:t>본인은 위 사람을 대리인으로 정하고 위 업무 처리에 관한 모든 권한을 위임합니다.</w:t>
      </w:r>
    </w:p>
    <w:p>
      <w:pPr>
        <w:jc w:val="right"/>
      </w:pPr>
      <w:r>
        <w:t xml:space="preserve">        년        월        일</w:t>
      </w:r>
    </w:p>
    <w:p>
      <w:pPr>
        <w:spacing w:after="120"/>
      </w:pPr>
      <w:r>
        <w:t>■ 위임하는 사람 (본인)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성명</w:t>
            </w:r>
          </w:p>
        </w:tc>
        <w:tc>
          <w:tcPr>
            <w:tcW w:type="dxa" w:w="2436"/>
          </w:tcPr>
          <w:p>
            <w:r>
              <w:t>(서명 또는 인)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생년월일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※ 위임하는 사람의 신분증 사본을 함께 제출하세요.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