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각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작성자 성명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생년월일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받는 사람</w:t>
            </w:r>
          </w:p>
        </w:tc>
        <w:tc>
          <w:tcPr>
            <w:tcW w:type="dxa" w:w="2436"/>
          </w:tcPr>
          <w:p>
            <w:r>
              <w:t xml:space="preserve">              귀하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본인은 아래 사항을 지킬 것을 약속합니다.</w:t>
      </w:r>
    </w:p>
    <w:p>
      <w:pPr>
        <w:spacing w:after="120"/>
      </w:pPr>
      <w:r>
        <w:t>1. 약속 내용:</w:t>
      </w:r>
    </w:p>
    <w:p>
      <w:pPr>
        <w:spacing w:after="120"/>
      </w:pPr>
      <w:r>
        <w:br/>
      </w:r>
    </w:p>
    <w:p>
      <w:pPr>
        <w:spacing w:after="120"/>
      </w:pPr>
      <w:r>
        <w:t>2. 이행 기한:        년    월    일까지</w:t>
      </w:r>
    </w:p>
    <w:p>
      <w:pPr>
        <w:spacing w:after="120"/>
      </w:pPr>
      <w:r>
        <w:t>3. 위 약속을 지키지 않을 때에는 다음과 같은 책임을 집니다.</w:t>
      </w:r>
    </w:p>
    <w:p>
      <w:pPr>
        <w:spacing w:after="120"/>
      </w:pPr>
      <w:r>
        <w:br/>
      </w:r>
    </w:p>
    <w:p>
      <w:pPr>
        <w:jc w:val="right"/>
      </w:pPr>
      <w:r>
        <w:t xml:space="preserve">        년        월        일</w:t>
      </w:r>
    </w:p>
    <w:p>
      <w:pPr>
        <w:jc w:val="right"/>
      </w:pPr>
      <w:r>
        <w:t>작성자:                 (서명 또는 인)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