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경 위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소속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직위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성명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>
              <w:rPr>
                <w:b/>
              </w:rPr>
              <w:t>연락처</w:t>
            </w:r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rPr>
                <w:b/>
              </w:rPr>
              <w:t>발생 일시</w:t>
            </w:r>
          </w:p>
        </w:tc>
        <w:tc>
          <w:tcPr>
            <w:tcW w:type="dxa" w:w="2436"/>
          </w:tcPr>
          <w:p>
            <w:r>
              <w:t xml:space="preserve">        년    월    일    시    분</w:t>
            </w:r>
          </w:p>
        </w:tc>
        <w:tc>
          <w:tcPr>
            <w:tcW w:type="dxa" w:w="2436"/>
          </w:tcPr>
          <w:p>
            <w:r>
              <w:rPr>
                <w:b/>
              </w:rPr>
              <w:t>발생 장소</w:t>
            </w:r>
          </w:p>
        </w:tc>
        <w:tc>
          <w:tcPr>
            <w:tcW w:type="dxa" w:w="2436"/>
          </w:tcPr>
          <w:p>
            <w:r/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030"/>
      </w:tblGrid>
      <w:tr>
        <w:tc>
          <w:tcPr>
            <w:tcW w:type="dxa" w:w="2381"/>
          </w:tcPr>
          <w:p>
            <w:r>
              <w:rPr>
                <w:b/>
              </w:rPr>
              <w:t>제목</w:t>
            </w:r>
          </w:p>
        </w:tc>
        <w:tc>
          <w:tcPr>
            <w:tcW w:type="dxa" w:w="7030"/>
          </w:tcPr>
          <w:p>
            <w:r/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경과 (시간 순서)</w:t>
            </w:r>
          </w:p>
        </w:tc>
        <w:tc>
          <w:tcPr>
            <w:tcW w:type="dxa" w:w="7030"/>
          </w:tcPr>
          <w:p>
            <w:r>
              <w:br/>
              <w:br/>
              <w:br/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원인</w:t>
            </w:r>
          </w:p>
        </w:tc>
        <w:tc>
          <w:tcPr>
            <w:tcW w:type="dxa" w:w="7030"/>
          </w:tcPr>
          <w:p>
            <w:r>
              <w:br/>
              <w:br/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피해·결과</w:t>
            </w:r>
          </w:p>
        </w:tc>
        <w:tc>
          <w:tcPr>
            <w:tcW w:type="dxa" w:w="7030"/>
          </w:tcPr>
          <w:p>
            <w:r>
              <w:br/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재발 방지 대책</w:t>
            </w:r>
          </w:p>
        </w:tc>
        <w:tc>
          <w:tcPr>
            <w:tcW w:type="dxa" w:w="7030"/>
          </w:tcPr>
          <w:p>
            <w:r>
              <w:br/>
              <w:br/>
            </w:r>
          </w:p>
        </w:tc>
      </w:tr>
    </w:tbl>
    <w:p/>
    <w:p>
      <w:pPr>
        <w:spacing w:after="120"/>
      </w:pPr>
      <w:r>
        <w:t>위 내용은 사실과 다름이 없음을 확인합니다.</w:t>
      </w:r>
    </w:p>
    <w:p>
      <w:pPr>
        <w:jc w:val="right"/>
      </w:pPr>
      <w:r>
        <w:t xml:space="preserve">        년        월        일</w:t>
      </w:r>
    </w:p>
    <w:p>
      <w:pPr>
        <w:jc w:val="right"/>
      </w:pPr>
      <w:r>
        <w:t>작성자:                 (서명)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